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מבנה העיר ושימושי קרקע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משרדים במרכז, מפעלים בשוליים – העיר היא פאזל של שימושי קרקע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תפקוד העיר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העיר עושה בעיקר.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אילת היא עיר תיירות.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בירה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העיר שבה נמצא השלטון של המדינה.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ירושלים היא בירת ישראל.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נמל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עם נמל ואוניות.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חיפה ואשדוד.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שימושי קרקע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למה משמש כל שטח בעיר.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שכונה, קניון, פארק ואזור תעשייה.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מע״ר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מרכז העיר עם משרדים וחנויות.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רחוב מרכזי עם מגדלי משרדים.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מבני ציבור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בניינים בשביל כולם.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בית ספר, ספרייה ובית חולים.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תכנית מתאר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מפה שקובעת מה ייבנה בכל מקום.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מפה שמסמנת היכן ייבנה פארק חדש.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שימור עירוני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שומרים על בניינים ישנים ויפים.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בית אבן עתיק ששופץ והפך למוזיאון.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איך בנויה עיר?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לכל עיר יש תפקיד. בעיר נמל יש אוניות. לעיר תיירות באים מטיילים. בעיר בירה נמצא השלטון.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העיר מחולקת לחלקים. יש שכונות מגורים, חנויות, מפעלים ופארקים. במרכז העיר יש משרדים, בנקים וחנויות. שם הקרקע הכי יקרה.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מפעלים נבנים בדרך כלל רחוק מהבתים, בגלל הרעש. יש מפה שקובעת מה ייבנה בכל מקום. העיר משתנה. מפעל ישן יכול להפוך לבית קפה.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תפקוד העיר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העיר שבה נמצא השלטון של המדינה.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עיר בירה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עיר עם נמל ואוניות.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עיר נמל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למה משמש כל שטח בעיר.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שימושי קרקע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מרכז העיר עם משרדים וחנויות.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מע״ר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מה העיר עושה בעיקר.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תכנית מתאר   ·   שימור עירוני   ·   מבני ציבור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בית אבן עתיק ששופץ והפך למוזיאון.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מפה שמסמנת היכן ייבנה פארק חדש.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בית ספר, ספרייה ובית חולים.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יש בעיר נמל?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אוניות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מכרות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יערות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איפה נמצאים המשרדים והבנקים?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במרכז העיר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בשדה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ביער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בחוף בלבד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למה מפעלים נבנים רחוק מהבתים?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הם יפים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הם קטנים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בגלל רעש וזיהום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אין בהם עובדים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קובעת תכנית מתאר?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מה אוכלים בבית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מתי יורד גשם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כמה ילדים בכיתה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מה ייבנה בכל מקום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זה מבנה ציבור?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בית ספר או ספרייה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בית פרטי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מכונית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חנות של משפחה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לכל עיר יש תפקיד עיקרי.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במרכז העיר הקרקע הכי זולה.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פארק הוא שטח פתוח בעיר.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עיר לא יכולה להשתנות אף פעם.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שלושה דברים שיש בעיר או ביישוב שלכם.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ביישוב שלי יש...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אילו הייתם בונים מפעל חדש, איפה הייתם שמים אותו? למה?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הייתי שם אותו...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מבנה העיר ושימושי קרקע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כתבו סוג אחד של עיר לפי התפקיד שלה.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 יש במרכז העיר?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תנו דוגמה למבנה ציבור.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מבנה העיר ושימושי קרקע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