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מבנה העיר ושימושי קרקע</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משרדים במרכז, מפעלים בשוליים – העיר היא פאזל של שימושי קרקע</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תפקוד העיר</w:t>
            </w:r>
          </w:p>
        </w:tc>
        <w:tc>
          <w:tcPr>
            <w:tcW w:type="dxa" w:w="5102"/>
          </w:tcPr>
          <w:p>
            <w:pPr>
              <w:bidi w:val="1"/>
              <w:jc w:val="right"/>
            </w:pPr>
            <w:r/>
            <w:r>
              <w:rPr>
                <w:rFonts w:ascii="Assistant" w:hAnsi="Assistant" w:cs="Assistant"/>
                <w:b w:val="0"/>
                <w:sz w:val="21"/>
                <w:rtl w:val="1"/>
                <w:szCs w:val="21"/>
              </w:rPr>
              <w:t>הפעילות הכלכלית העיקרית שבזכותה עיר התפתחה, כמו נמל, תיירות, שלטון, תעשייה או לימודים.</w:t>
            </w:r>
          </w:p>
        </w:tc>
        <w:tc>
          <w:tcPr>
            <w:tcW w:type="dxa" w:w="2835"/>
          </w:tcPr>
          <w:p>
            <w:pPr>
              <w:bidi w:val="1"/>
              <w:jc w:val="right"/>
            </w:pPr>
            <w:r/>
            <w:r>
              <w:rPr>
                <w:rFonts w:ascii="Assistant" w:hAnsi="Assistant" w:cs="Assistant"/>
                <w:b w:val="0"/>
                <w:sz w:val="21"/>
                <w:rtl w:val="1"/>
                <w:szCs w:val="21"/>
              </w:rPr>
              <w:t>אילת היא עיר תיירות.</w:t>
            </w:r>
          </w:p>
        </w:tc>
      </w:tr>
      <w:tr>
        <w:tc>
          <w:tcPr>
            <w:tcW w:type="dxa" w:w="1984"/>
          </w:tcPr>
          <w:p>
            <w:pPr>
              <w:bidi w:val="1"/>
              <w:jc w:val="right"/>
            </w:pPr>
            <w:r/>
            <w:r>
              <w:rPr>
                <w:rFonts w:ascii="Assistant" w:hAnsi="Assistant" w:cs="Assistant"/>
                <w:b w:val="0"/>
                <w:sz w:val="21"/>
                <w:rtl w:val="1"/>
                <w:szCs w:val="21"/>
              </w:rPr>
              <w:t>עיר בירה</w:t>
            </w:r>
          </w:p>
        </w:tc>
        <w:tc>
          <w:tcPr>
            <w:tcW w:type="dxa" w:w="5102"/>
          </w:tcPr>
          <w:p>
            <w:pPr>
              <w:bidi w:val="1"/>
              <w:jc w:val="right"/>
            </w:pPr>
            <w:r/>
            <w:r>
              <w:rPr>
                <w:rFonts w:ascii="Assistant" w:hAnsi="Assistant" w:cs="Assistant"/>
                <w:b w:val="0"/>
                <w:sz w:val="21"/>
                <w:rtl w:val="1"/>
                <w:szCs w:val="21"/>
              </w:rPr>
              <w:t>העיר שבה נמצאים מוסדות השלטון המרכזיים של המדינה.</w:t>
            </w:r>
          </w:p>
        </w:tc>
        <w:tc>
          <w:tcPr>
            <w:tcW w:type="dxa" w:w="2835"/>
          </w:tcPr>
          <w:p>
            <w:pPr>
              <w:bidi w:val="1"/>
              <w:jc w:val="right"/>
            </w:pPr>
            <w:r/>
            <w:r>
              <w:rPr>
                <w:rFonts w:ascii="Assistant" w:hAnsi="Assistant" w:cs="Assistant"/>
                <w:b w:val="0"/>
                <w:sz w:val="21"/>
                <w:rtl w:val="1"/>
                <w:szCs w:val="21"/>
              </w:rPr>
              <w:t>ירושלים היא בירת ישראל.</w:t>
            </w:r>
          </w:p>
        </w:tc>
      </w:tr>
      <w:tr>
        <w:tc>
          <w:tcPr>
            <w:tcW w:type="dxa" w:w="1984"/>
          </w:tcPr>
          <w:p>
            <w:pPr>
              <w:bidi w:val="1"/>
              <w:jc w:val="right"/>
            </w:pPr>
            <w:r/>
            <w:r>
              <w:rPr>
                <w:rFonts w:ascii="Assistant" w:hAnsi="Assistant" w:cs="Assistant"/>
                <w:b w:val="0"/>
                <w:sz w:val="21"/>
                <w:rtl w:val="1"/>
                <w:szCs w:val="21"/>
              </w:rPr>
              <w:t>עיר נמל</w:t>
            </w:r>
          </w:p>
        </w:tc>
        <w:tc>
          <w:tcPr>
            <w:tcW w:type="dxa" w:w="5102"/>
          </w:tcPr>
          <w:p>
            <w:pPr>
              <w:bidi w:val="1"/>
              <w:jc w:val="right"/>
            </w:pPr>
            <w:r/>
            <w:r>
              <w:rPr>
                <w:rFonts w:ascii="Assistant" w:hAnsi="Assistant" w:cs="Assistant"/>
                <w:b w:val="0"/>
                <w:sz w:val="21"/>
                <w:rtl w:val="1"/>
                <w:szCs w:val="21"/>
              </w:rPr>
              <w:t>עיר שצמחה סביב נמל ימי והסחר שעובר בו.</w:t>
            </w:r>
          </w:p>
        </w:tc>
        <w:tc>
          <w:tcPr>
            <w:tcW w:type="dxa" w:w="2835"/>
          </w:tcPr>
          <w:p>
            <w:pPr>
              <w:bidi w:val="1"/>
              <w:jc w:val="right"/>
            </w:pPr>
            <w:r/>
            <w:r>
              <w:rPr>
                <w:rFonts w:ascii="Assistant" w:hAnsi="Assistant" w:cs="Assistant"/>
                <w:b w:val="0"/>
                <w:sz w:val="21"/>
                <w:rtl w:val="1"/>
                <w:szCs w:val="21"/>
              </w:rPr>
              <w:t>חיפה ואשדוד.</w:t>
            </w:r>
          </w:p>
        </w:tc>
      </w:tr>
      <w:tr>
        <w:tc>
          <w:tcPr>
            <w:tcW w:type="dxa" w:w="1984"/>
          </w:tcPr>
          <w:p>
            <w:pPr>
              <w:bidi w:val="1"/>
              <w:jc w:val="right"/>
            </w:pPr>
            <w:r/>
            <w:r>
              <w:rPr>
                <w:rFonts w:ascii="Assistant" w:hAnsi="Assistant" w:cs="Assistant"/>
                <w:b w:val="0"/>
                <w:sz w:val="21"/>
                <w:rtl w:val="1"/>
                <w:szCs w:val="21"/>
              </w:rPr>
              <w:t>שימושי קרקע</w:t>
            </w:r>
          </w:p>
        </w:tc>
        <w:tc>
          <w:tcPr>
            <w:tcW w:type="dxa" w:w="5102"/>
          </w:tcPr>
          <w:p>
            <w:pPr>
              <w:bidi w:val="1"/>
              <w:jc w:val="right"/>
            </w:pPr>
            <w:r/>
            <w:r>
              <w:rPr>
                <w:rFonts w:ascii="Assistant" w:hAnsi="Assistant" w:cs="Assistant"/>
                <w:b w:val="0"/>
                <w:sz w:val="21"/>
                <w:rtl w:val="1"/>
                <w:szCs w:val="21"/>
              </w:rPr>
              <w:t>הייעוד של כל שטח בעיר: מגורים, מסחר, תעשייה, תחבורה, מבני ציבור או שטח פתוח.</w:t>
            </w:r>
          </w:p>
        </w:tc>
        <w:tc>
          <w:tcPr>
            <w:tcW w:type="dxa" w:w="2835"/>
          </w:tcPr>
          <w:p>
            <w:pPr>
              <w:bidi w:val="1"/>
              <w:jc w:val="right"/>
            </w:pPr>
            <w:r/>
            <w:r>
              <w:rPr>
                <w:rFonts w:ascii="Assistant" w:hAnsi="Assistant" w:cs="Assistant"/>
                <w:b w:val="0"/>
                <w:sz w:val="21"/>
                <w:rtl w:val="1"/>
                <w:szCs w:val="21"/>
              </w:rPr>
              <w:t>שכונה, קניון, פארק ואזור תעשייה.</w:t>
            </w:r>
          </w:p>
        </w:tc>
      </w:tr>
      <w:tr>
        <w:tc>
          <w:tcPr>
            <w:tcW w:type="dxa" w:w="1984"/>
          </w:tcPr>
          <w:p>
            <w:pPr>
              <w:bidi w:val="1"/>
              <w:jc w:val="right"/>
            </w:pPr>
            <w:r/>
            <w:r>
              <w:rPr>
                <w:rFonts w:ascii="Assistant" w:hAnsi="Assistant" w:cs="Assistant"/>
                <w:b w:val="0"/>
                <w:sz w:val="21"/>
                <w:rtl w:val="1"/>
                <w:szCs w:val="21"/>
              </w:rPr>
              <w:t>מע״ר</w:t>
            </w:r>
          </w:p>
        </w:tc>
        <w:tc>
          <w:tcPr>
            <w:tcW w:type="dxa" w:w="5102"/>
          </w:tcPr>
          <w:p>
            <w:pPr>
              <w:bidi w:val="1"/>
              <w:jc w:val="right"/>
            </w:pPr>
            <w:r/>
            <w:r>
              <w:rPr>
                <w:rFonts w:ascii="Assistant" w:hAnsi="Assistant" w:cs="Assistant"/>
                <w:b w:val="0"/>
                <w:sz w:val="21"/>
                <w:rtl w:val="1"/>
                <w:szCs w:val="21"/>
              </w:rPr>
              <w:t>מרכז העסקים הראשי בלב העיר, שבו מרוכזים משרדים, בנקים, חנויות ובילוי, ומחירי הקרקע הגבוהים ביותר.</w:t>
            </w:r>
          </w:p>
        </w:tc>
        <w:tc>
          <w:tcPr>
            <w:tcW w:type="dxa" w:w="2835"/>
          </w:tcPr>
          <w:p>
            <w:pPr>
              <w:bidi w:val="1"/>
              <w:jc w:val="right"/>
            </w:pPr>
            <w:r/>
            <w:r>
              <w:rPr>
                <w:rFonts w:ascii="Assistant" w:hAnsi="Assistant" w:cs="Assistant"/>
                <w:b w:val="0"/>
                <w:sz w:val="21"/>
                <w:rtl w:val="1"/>
                <w:szCs w:val="21"/>
              </w:rPr>
              <w:t>רחוב מרכזי עם מגדלי משרדים.</w:t>
            </w:r>
          </w:p>
        </w:tc>
      </w:tr>
      <w:tr>
        <w:tc>
          <w:tcPr>
            <w:tcW w:type="dxa" w:w="1984"/>
          </w:tcPr>
          <w:p>
            <w:pPr>
              <w:bidi w:val="1"/>
              <w:jc w:val="right"/>
            </w:pPr>
            <w:r/>
            <w:r>
              <w:rPr>
                <w:rFonts w:ascii="Assistant" w:hAnsi="Assistant" w:cs="Assistant"/>
                <w:b w:val="0"/>
                <w:sz w:val="21"/>
                <w:rtl w:val="1"/>
                <w:szCs w:val="21"/>
              </w:rPr>
              <w:t>מבני ציבור</w:t>
            </w:r>
          </w:p>
        </w:tc>
        <w:tc>
          <w:tcPr>
            <w:tcW w:type="dxa" w:w="5102"/>
          </w:tcPr>
          <w:p>
            <w:pPr>
              <w:bidi w:val="1"/>
              <w:jc w:val="right"/>
            </w:pPr>
            <w:r/>
            <w:r>
              <w:rPr>
                <w:rFonts w:ascii="Assistant" w:hAnsi="Assistant" w:cs="Assistant"/>
                <w:b w:val="0"/>
                <w:sz w:val="21"/>
                <w:rtl w:val="1"/>
                <w:szCs w:val="21"/>
              </w:rPr>
              <w:t>מבנים שמשרתים את כל התושבים, כמו בתי ספר, בתי חולים, ספריות ומתנ״סים.</w:t>
            </w:r>
          </w:p>
        </w:tc>
        <w:tc>
          <w:tcPr>
            <w:tcW w:type="dxa" w:w="2835"/>
          </w:tcPr>
          <w:p>
            <w:pPr>
              <w:bidi w:val="1"/>
              <w:jc w:val="right"/>
            </w:pPr>
            <w:r/>
            <w:r>
              <w:rPr>
                <w:rFonts w:ascii="Assistant" w:hAnsi="Assistant" w:cs="Assistant"/>
                <w:b w:val="0"/>
                <w:sz w:val="21"/>
                <w:rtl w:val="1"/>
                <w:szCs w:val="21"/>
              </w:rPr>
              <w:t>בית ספר, ספרייה ובית חולים.</w:t>
            </w:r>
          </w:p>
        </w:tc>
      </w:tr>
      <w:tr>
        <w:tc>
          <w:tcPr>
            <w:tcW w:type="dxa" w:w="1984"/>
          </w:tcPr>
          <w:p>
            <w:pPr>
              <w:bidi w:val="1"/>
              <w:jc w:val="right"/>
            </w:pPr>
            <w:r/>
            <w:r>
              <w:rPr>
                <w:rFonts w:ascii="Assistant" w:hAnsi="Assistant" w:cs="Assistant"/>
                <w:b w:val="0"/>
                <w:sz w:val="21"/>
                <w:rtl w:val="1"/>
                <w:szCs w:val="21"/>
              </w:rPr>
              <w:t>תכנית מתאר</w:t>
            </w:r>
          </w:p>
        </w:tc>
        <w:tc>
          <w:tcPr>
            <w:tcW w:type="dxa" w:w="5102"/>
          </w:tcPr>
          <w:p>
            <w:pPr>
              <w:bidi w:val="1"/>
              <w:jc w:val="right"/>
            </w:pPr>
            <w:r/>
            <w:r>
              <w:rPr>
                <w:rFonts w:ascii="Assistant" w:hAnsi="Assistant" w:cs="Assistant"/>
                <w:b w:val="0"/>
                <w:sz w:val="21"/>
                <w:rtl w:val="1"/>
                <w:szCs w:val="21"/>
              </w:rPr>
              <w:t>מסמך ומפה שקובעים איזה שימוש יהיה בכל שטח בעיר, כדי שהעיר תתפתח בסדר.</w:t>
            </w:r>
          </w:p>
        </w:tc>
        <w:tc>
          <w:tcPr>
            <w:tcW w:type="dxa" w:w="2835"/>
          </w:tcPr>
          <w:p>
            <w:pPr>
              <w:bidi w:val="1"/>
              <w:jc w:val="right"/>
            </w:pPr>
            <w:r/>
            <w:r>
              <w:rPr>
                <w:rFonts w:ascii="Assistant" w:hAnsi="Assistant" w:cs="Assistant"/>
                <w:b w:val="0"/>
                <w:sz w:val="21"/>
                <w:rtl w:val="1"/>
                <w:szCs w:val="21"/>
              </w:rPr>
              <w:t>מפה שמסמנת היכן ייבנה פארק חדש.</w:t>
            </w:r>
          </w:p>
        </w:tc>
      </w:tr>
      <w:tr>
        <w:tc>
          <w:tcPr>
            <w:tcW w:type="dxa" w:w="1984"/>
          </w:tcPr>
          <w:p>
            <w:pPr>
              <w:bidi w:val="1"/>
              <w:jc w:val="right"/>
            </w:pPr>
            <w:r/>
            <w:r>
              <w:rPr>
                <w:rFonts w:ascii="Assistant" w:hAnsi="Assistant" w:cs="Assistant"/>
                <w:b w:val="0"/>
                <w:sz w:val="21"/>
                <w:rtl w:val="1"/>
                <w:szCs w:val="21"/>
              </w:rPr>
              <w:t>שימור עירוני</w:t>
            </w:r>
          </w:p>
        </w:tc>
        <w:tc>
          <w:tcPr>
            <w:tcW w:type="dxa" w:w="5102"/>
          </w:tcPr>
          <w:p>
            <w:pPr>
              <w:bidi w:val="1"/>
              <w:jc w:val="right"/>
            </w:pPr>
            <w:r/>
            <w:r>
              <w:rPr>
                <w:rFonts w:ascii="Assistant" w:hAnsi="Assistant" w:cs="Assistant"/>
                <w:b w:val="0"/>
                <w:sz w:val="21"/>
                <w:rtl w:val="1"/>
                <w:szCs w:val="21"/>
              </w:rPr>
              <w:t>שמירה על מבנים ורחובות היסטוריים ושילובם בעיר החדשה.</w:t>
            </w:r>
          </w:p>
        </w:tc>
        <w:tc>
          <w:tcPr>
            <w:tcW w:type="dxa" w:w="2835"/>
          </w:tcPr>
          <w:p>
            <w:pPr>
              <w:bidi w:val="1"/>
              <w:jc w:val="right"/>
            </w:pPr>
            <w:r/>
            <w:r>
              <w:rPr>
                <w:rFonts w:ascii="Assistant" w:hAnsi="Assistant" w:cs="Assistant"/>
                <w:b w:val="0"/>
                <w:sz w:val="21"/>
                <w:rtl w:val="1"/>
                <w:szCs w:val="21"/>
              </w:rPr>
              <w:t>בית אבן עתיק ששופץ והפך למוזיאון.</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איך בנויה עיר?</w:t>
      </w:r>
    </w:p>
    <w:p>
      <w:pPr>
        <w:bidi w:val="1"/>
        <w:spacing w:after="120"/>
        <w:jc w:val="right"/>
      </w:pPr>
      <w:r>
        <w:rPr>
          <w:rFonts w:ascii="Assistant" w:hAnsi="Assistant" w:cs="Assistant"/>
          <w:b w:val="0"/>
          <w:sz w:val="23"/>
          <w:rtl w:val="1"/>
          <w:szCs w:val="23"/>
        </w:rPr>
        <w:t>לכל עיר יש תפקוד עיקרי שבזכותו התפתחה. עיר נמל צמחה סביב הנמל והסחר הימי; עיר תיירות חיה ממבקרים שבאים לחוף, לנוף או לאתרים היסטוריים; בעיר בירה נמצאים מוסדות השלטון; עיר תעשייה התפתחה סביב מפעלים; ועיר אוניברסיטה – סביב קמפוס. ערים רבות ממלאות כמה תפקידים, אך אחד בולט יותר.</w:t>
      </w:r>
    </w:p>
    <w:p>
      <w:pPr>
        <w:bidi w:val="1"/>
        <w:spacing w:after="120"/>
        <w:jc w:val="right"/>
      </w:pPr>
      <w:r>
        <w:rPr>
          <w:rFonts w:ascii="Assistant" w:hAnsi="Assistant" w:cs="Assistant"/>
          <w:b w:val="0"/>
          <w:sz w:val="23"/>
          <w:rtl w:val="1"/>
          <w:szCs w:val="23"/>
        </w:rPr>
        <w:t>מפת העיר מחולקת לפי שימושי קרקע: מגורים, מסחר ושירותים, תעשייה, תחבורה, מבני ציבור ושטח פתוח. בלב העיר נמצא המע״ר – מרכז העסקים הראשי – עם משרדים, בנקים, חנויות ובילוי. אליו קל להגיע בתחבורה ציבורית מכל העיר, ולכן מחירי הקרקע בו הגבוהים ביותר.</w:t>
      </w:r>
    </w:p>
    <w:p>
      <w:pPr>
        <w:bidi w:val="1"/>
        <w:spacing w:after="120"/>
        <w:jc w:val="right"/>
      </w:pPr>
      <w:r>
        <w:rPr>
          <w:rFonts w:ascii="Assistant" w:hAnsi="Assistant" w:cs="Assistant"/>
          <w:b w:val="0"/>
          <w:sz w:val="23"/>
          <w:rtl w:val="1"/>
          <w:szCs w:val="23"/>
        </w:rPr>
        <w:t>שימושי הקרקע אינם מקריים. מפעלים נבנים ליד נמל, רכבת או כביש ראשי, ולרוב הרחק מהמגורים בגלל רעש וזיהום. מרכזי קניות חדשים קמים בשולי העיר, שם יש שטח פנוי וזול לחניה. כדי שהעיר תתפתח בסדר מכינים תכנית מתאר – מסמך ומפה שקובעים מה ייבנה בכל שטח. זהו התכנון העירוני.</w:t>
      </w:r>
    </w:p>
    <w:p>
      <w:pPr>
        <w:bidi w:val="1"/>
        <w:spacing w:after="120"/>
        <w:jc w:val="right"/>
      </w:pPr>
      <w:r>
        <w:rPr>
          <w:rFonts w:ascii="Assistant" w:hAnsi="Assistant" w:cs="Assistant"/>
          <w:b w:val="0"/>
          <w:sz w:val="23"/>
          <w:rtl w:val="1"/>
          <w:szCs w:val="23"/>
        </w:rPr>
        <w:t>ערים משתנות. מפעלים ישנים נסגרו או עברו לשוליים, ובמקומם קמו משרדים, דירות, בתי קפה וטיילות. שכונות ותיקות משנות אופי, ולעיתים המחירים בהן עולים. כדי שהעיר לא תאבד את סיפורה מקפידים על שימור עירוני – שמירה על מבנים ורחובות היסטוריים ושילובם בעיר החדשה.</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תפקוד העיר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העיר שבה נמצאים מוסדות השלטון המרכזיים של המדינה.</w:t>
            </w:r>
          </w:p>
        </w:tc>
      </w:tr>
      <w:tr>
        <w:tc>
          <w:tcPr>
            <w:tcW w:type="dxa" w:w="2268"/>
          </w:tcPr>
          <w:p>
            <w:pPr>
              <w:bidi w:val="1"/>
              <w:jc w:val="right"/>
            </w:pPr>
            <w:r/>
            <w:r>
              <w:rPr>
                <w:rFonts w:ascii="Assistant" w:hAnsi="Assistant" w:cs="Assistant"/>
                <w:b w:val="0"/>
                <w:sz w:val="21"/>
                <w:rtl w:val="1"/>
                <w:szCs w:val="21"/>
              </w:rPr>
              <w:t>2. עיר בירה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מבנים שמשרתים את כל התושבים, כמו בתי ספר, בתי חולים, ספריות ומתנ״סים.</w:t>
            </w:r>
          </w:p>
        </w:tc>
      </w:tr>
      <w:tr>
        <w:tc>
          <w:tcPr>
            <w:tcW w:type="dxa" w:w="2268"/>
          </w:tcPr>
          <w:p>
            <w:pPr>
              <w:bidi w:val="1"/>
              <w:jc w:val="right"/>
            </w:pPr>
            <w:r/>
            <w:r>
              <w:rPr>
                <w:rFonts w:ascii="Assistant" w:hAnsi="Assistant" w:cs="Assistant"/>
                <w:b w:val="0"/>
                <w:sz w:val="21"/>
                <w:rtl w:val="1"/>
                <w:szCs w:val="21"/>
              </w:rPr>
              <w:t>3. עיר נמל</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עיר שצמחה סביב נמל ימי והסחר שעובר בו.</w:t>
            </w:r>
          </w:p>
        </w:tc>
      </w:tr>
      <w:tr>
        <w:tc>
          <w:tcPr>
            <w:tcW w:type="dxa" w:w="2268"/>
          </w:tcPr>
          <w:p>
            <w:pPr>
              <w:bidi w:val="1"/>
              <w:jc w:val="right"/>
            </w:pPr>
            <w:r/>
            <w:r>
              <w:rPr>
                <w:rFonts w:ascii="Assistant" w:hAnsi="Assistant" w:cs="Assistant"/>
                <w:b w:val="0"/>
                <w:sz w:val="21"/>
                <w:rtl w:val="1"/>
                <w:szCs w:val="21"/>
              </w:rPr>
              <w:t>4. שימושי קרקע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מרכז העסקים הראשי בלב העיר, שבו מרוכזים משרדים, בנקים, חנויות ובילוי, ומחירי הקרקע הגבוהים ביותר.</w:t>
            </w:r>
          </w:p>
        </w:tc>
      </w:tr>
      <w:tr>
        <w:tc>
          <w:tcPr>
            <w:tcW w:type="dxa" w:w="2268"/>
          </w:tcPr>
          <w:p>
            <w:pPr>
              <w:bidi w:val="1"/>
              <w:jc w:val="right"/>
            </w:pPr>
            <w:r/>
            <w:r>
              <w:rPr>
                <w:rFonts w:ascii="Assistant" w:hAnsi="Assistant" w:cs="Assistant"/>
                <w:b w:val="0"/>
                <w:sz w:val="21"/>
                <w:rtl w:val="1"/>
                <w:szCs w:val="21"/>
              </w:rPr>
              <w:t>5. מע״ר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הייעוד של כל שטח בעיר: מגורים, מסחר, תעשייה, תחבורה, מבני ציבור או שטח פתוח.</w:t>
            </w:r>
          </w:p>
        </w:tc>
      </w:tr>
      <w:tr>
        <w:tc>
          <w:tcPr>
            <w:tcW w:type="dxa" w:w="2268"/>
          </w:tcPr>
          <w:p>
            <w:pPr>
              <w:bidi w:val="1"/>
              <w:jc w:val="right"/>
            </w:pPr>
            <w:r/>
            <w:r>
              <w:rPr>
                <w:rFonts w:ascii="Assistant" w:hAnsi="Assistant" w:cs="Assistant"/>
                <w:b w:val="0"/>
                <w:sz w:val="21"/>
                <w:rtl w:val="1"/>
                <w:szCs w:val="21"/>
              </w:rPr>
              <w:t>6. מבני ציבור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הפעילות הכלכלית העיקרית שבזכותה עיר התפתחה, כמו נמל, תיירות, שלטון, תעשייה או לימודים.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תכנית מתאר   ·   מבני ציבור   ·   מע״ר   ·   שימור עירוני</w:t>
      </w:r>
    </w:p>
    <w:p>
      <w:pPr>
        <w:bidi w:val="1"/>
        <w:spacing w:after="80"/>
        <w:jc w:val="right"/>
      </w:pPr>
      <w:r>
        <w:rPr>
          <w:rFonts w:ascii="Assistant" w:hAnsi="Assistant" w:cs="Assistant"/>
          <w:b w:val="0"/>
          <w:sz w:val="23"/>
          <w:rtl w:val="1"/>
          <w:szCs w:val="23"/>
        </w:rPr>
        <w:t>1. בית אבן עתיק ששופץ והפך למוזיאון. – זו דוגמה ל־______________</w:t>
      </w:r>
    </w:p>
    <w:p>
      <w:pPr>
        <w:bidi w:val="1"/>
        <w:spacing w:after="80"/>
        <w:jc w:val="right"/>
      </w:pPr>
      <w:r>
        <w:rPr>
          <w:rFonts w:ascii="Assistant" w:hAnsi="Assistant" w:cs="Assistant"/>
          <w:b w:val="0"/>
          <w:sz w:val="23"/>
          <w:rtl w:val="1"/>
          <w:szCs w:val="23"/>
        </w:rPr>
        <w:t>2. מפה שמסמנת היכן ייבנה פארק חדש. – זו דוגמה ל־______________</w:t>
      </w:r>
    </w:p>
    <w:p>
      <w:pPr>
        <w:bidi w:val="1"/>
        <w:spacing w:after="80"/>
        <w:jc w:val="right"/>
      </w:pPr>
      <w:r>
        <w:rPr>
          <w:rFonts w:ascii="Assistant" w:hAnsi="Assistant" w:cs="Assistant"/>
          <w:b w:val="0"/>
          <w:sz w:val="23"/>
          <w:rtl w:val="1"/>
          <w:szCs w:val="23"/>
        </w:rPr>
        <w:t>3. בית ספר, ספרייה ובית חולים. – זו דוגמה ל־______________</w:t>
      </w:r>
    </w:p>
    <w:p>
      <w:pPr>
        <w:bidi w:val="1"/>
        <w:spacing w:after="80"/>
        <w:jc w:val="right"/>
      </w:pPr>
      <w:r>
        <w:rPr>
          <w:rFonts w:ascii="Assistant" w:hAnsi="Assistant" w:cs="Assistant"/>
          <w:b w:val="0"/>
          <w:sz w:val="23"/>
          <w:rtl w:val="1"/>
          <w:szCs w:val="23"/>
        </w:rPr>
        <w:t>4. רחוב מרכזי עם מגדלי משרדים.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מסביר את מחירי הקרקע הגבוהים במע״ר?</w:t>
      </w:r>
    </w:p>
    <w:p>
      <w:pPr>
        <w:bidi w:val="1"/>
        <w:spacing w:after="20"/>
        <w:jc w:val="right"/>
      </w:pPr>
      <w:r>
        <w:rPr>
          <w:rFonts w:ascii="Assistant" w:hAnsi="Assistant" w:cs="Assistant"/>
          <w:b w:val="0"/>
          <w:sz w:val="23"/>
          <w:rtl w:val="1"/>
          <w:szCs w:val="23"/>
        </w:rPr>
        <w:t xml:space="preserve">     ◯ א. קרבה לשדות</w:t>
      </w:r>
    </w:p>
    <w:p>
      <w:pPr>
        <w:bidi w:val="1"/>
        <w:spacing w:after="20"/>
        <w:jc w:val="right"/>
      </w:pPr>
      <w:r>
        <w:rPr>
          <w:rFonts w:ascii="Assistant" w:hAnsi="Assistant" w:cs="Assistant"/>
          <w:b w:val="0"/>
          <w:sz w:val="23"/>
          <w:rtl w:val="1"/>
          <w:szCs w:val="23"/>
        </w:rPr>
        <w:t xml:space="preserve">     ◯ ב. נגישות גבוהה וריכוז עסקים</w:t>
      </w:r>
    </w:p>
    <w:p>
      <w:pPr>
        <w:bidi w:val="1"/>
        <w:spacing w:after="20"/>
        <w:jc w:val="right"/>
      </w:pPr>
      <w:r>
        <w:rPr>
          <w:rFonts w:ascii="Assistant" w:hAnsi="Assistant" w:cs="Assistant"/>
          <w:b w:val="0"/>
          <w:sz w:val="23"/>
          <w:rtl w:val="1"/>
          <w:szCs w:val="23"/>
        </w:rPr>
        <w:t xml:space="preserve">     ◯ ג. מרחק מהתחבורה</w:t>
      </w:r>
    </w:p>
    <w:p>
      <w:pPr>
        <w:bidi w:val="1"/>
        <w:spacing w:after="20"/>
        <w:jc w:val="right"/>
      </w:pPr>
      <w:r>
        <w:rPr>
          <w:rFonts w:ascii="Assistant" w:hAnsi="Assistant" w:cs="Assistant"/>
          <w:b w:val="0"/>
          <w:sz w:val="23"/>
          <w:rtl w:val="1"/>
          <w:szCs w:val="23"/>
        </w:rPr>
        <w:t xml:space="preserve">     ◯ ד. שטח פנוי רב</w:t>
      </w:r>
    </w:p>
    <w:p>
      <w:pPr>
        <w:bidi w:val="1"/>
        <w:spacing w:after="20"/>
        <w:jc w:val="right"/>
      </w:pPr>
      <w:r>
        <w:rPr>
          <w:rFonts w:ascii="Assistant" w:hAnsi="Assistant" w:cs="Assistant"/>
          <w:b/>
          <w:sz w:val="23"/>
          <w:rtl w:val="1"/>
          <w:bCs/>
          <w:szCs w:val="23"/>
        </w:rPr>
        <w:t>2. מדוע מרכזי קניות חדשים קמים בשולי העיר?</w:t>
      </w:r>
    </w:p>
    <w:p>
      <w:pPr>
        <w:bidi w:val="1"/>
        <w:spacing w:after="20"/>
        <w:jc w:val="right"/>
      </w:pPr>
      <w:r>
        <w:rPr>
          <w:rFonts w:ascii="Assistant" w:hAnsi="Assistant" w:cs="Assistant"/>
          <w:b w:val="0"/>
          <w:sz w:val="23"/>
          <w:rtl w:val="1"/>
          <w:szCs w:val="23"/>
        </w:rPr>
        <w:t xml:space="preserve">     ◯ א. כי שם הקרקע יקרה</w:t>
      </w:r>
    </w:p>
    <w:p>
      <w:pPr>
        <w:bidi w:val="1"/>
        <w:spacing w:after="20"/>
        <w:jc w:val="right"/>
      </w:pPr>
      <w:r>
        <w:rPr>
          <w:rFonts w:ascii="Assistant" w:hAnsi="Assistant" w:cs="Assistant"/>
          <w:b w:val="0"/>
          <w:sz w:val="23"/>
          <w:rtl w:val="1"/>
          <w:szCs w:val="23"/>
        </w:rPr>
        <w:t xml:space="preserve">     ◯ ב. כי אין שם כבישים</w:t>
      </w:r>
    </w:p>
    <w:p>
      <w:pPr>
        <w:bidi w:val="1"/>
        <w:spacing w:after="20"/>
        <w:jc w:val="right"/>
      </w:pPr>
      <w:r>
        <w:rPr>
          <w:rFonts w:ascii="Assistant" w:hAnsi="Assistant" w:cs="Assistant"/>
          <w:b w:val="0"/>
          <w:sz w:val="23"/>
          <w:rtl w:val="1"/>
          <w:szCs w:val="23"/>
        </w:rPr>
        <w:t xml:space="preserve">     ◯ ג. כי שם יש שטח פנוי וזול לחניה</w:t>
      </w:r>
    </w:p>
    <w:p>
      <w:pPr>
        <w:bidi w:val="1"/>
        <w:spacing w:after="20"/>
        <w:jc w:val="right"/>
      </w:pPr>
      <w:r>
        <w:rPr>
          <w:rFonts w:ascii="Assistant" w:hAnsi="Assistant" w:cs="Assistant"/>
          <w:b w:val="0"/>
          <w:sz w:val="23"/>
          <w:rtl w:val="1"/>
          <w:szCs w:val="23"/>
        </w:rPr>
        <w:t xml:space="preserve">     ◯ ד. כי שם גרים רוב התושבים</w:t>
      </w:r>
    </w:p>
    <w:p>
      <w:pPr>
        <w:bidi w:val="1"/>
        <w:spacing w:after="20"/>
        <w:jc w:val="right"/>
      </w:pPr>
      <w:r>
        <w:rPr>
          <w:rFonts w:ascii="Assistant" w:hAnsi="Assistant" w:cs="Assistant"/>
          <w:b/>
          <w:sz w:val="23"/>
          <w:rtl w:val="1"/>
          <w:bCs/>
          <w:szCs w:val="23"/>
        </w:rPr>
        <w:t>3. איזה שימוש קרקע הוא ״מבנה ציבור״?</w:t>
      </w:r>
    </w:p>
    <w:p>
      <w:pPr>
        <w:bidi w:val="1"/>
        <w:spacing w:after="20"/>
        <w:jc w:val="right"/>
      </w:pPr>
      <w:r>
        <w:rPr>
          <w:rFonts w:ascii="Assistant" w:hAnsi="Assistant" w:cs="Assistant"/>
          <w:b w:val="0"/>
          <w:sz w:val="23"/>
          <w:rtl w:val="1"/>
          <w:szCs w:val="23"/>
        </w:rPr>
        <w:t xml:space="preserve">     ◯ א. ספרייה עירונית</w:t>
      </w:r>
    </w:p>
    <w:p>
      <w:pPr>
        <w:bidi w:val="1"/>
        <w:spacing w:after="20"/>
        <w:jc w:val="right"/>
      </w:pPr>
      <w:r>
        <w:rPr>
          <w:rFonts w:ascii="Assistant" w:hAnsi="Assistant" w:cs="Assistant"/>
          <w:b w:val="0"/>
          <w:sz w:val="23"/>
          <w:rtl w:val="1"/>
          <w:szCs w:val="23"/>
        </w:rPr>
        <w:t xml:space="preserve">     ◯ ב. מגדל משרדים</w:t>
      </w:r>
    </w:p>
    <w:p>
      <w:pPr>
        <w:bidi w:val="1"/>
        <w:spacing w:after="20"/>
        <w:jc w:val="right"/>
      </w:pPr>
      <w:r>
        <w:rPr>
          <w:rFonts w:ascii="Assistant" w:hAnsi="Assistant" w:cs="Assistant"/>
          <w:b w:val="0"/>
          <w:sz w:val="23"/>
          <w:rtl w:val="1"/>
          <w:szCs w:val="23"/>
        </w:rPr>
        <w:t xml:space="preserve">     ◯ ג. מפעל</w:t>
      </w:r>
    </w:p>
    <w:p>
      <w:pPr>
        <w:bidi w:val="1"/>
        <w:spacing w:after="20"/>
        <w:jc w:val="right"/>
      </w:pPr>
      <w:r>
        <w:rPr>
          <w:rFonts w:ascii="Assistant" w:hAnsi="Assistant" w:cs="Assistant"/>
          <w:b w:val="0"/>
          <w:sz w:val="23"/>
          <w:rtl w:val="1"/>
          <w:szCs w:val="23"/>
        </w:rPr>
        <w:t xml:space="preserve">     ◯ ד. דירת מגורים</w:t>
      </w:r>
    </w:p>
    <w:p>
      <w:pPr>
        <w:bidi w:val="1"/>
        <w:spacing w:after="20"/>
        <w:jc w:val="right"/>
      </w:pPr>
      <w:r>
        <w:rPr>
          <w:rFonts w:ascii="Assistant" w:hAnsi="Assistant" w:cs="Assistant"/>
          <w:b/>
          <w:sz w:val="23"/>
          <w:rtl w:val="1"/>
          <w:bCs/>
          <w:szCs w:val="23"/>
        </w:rPr>
        <w:t>4. מהי תמורה אופיינית במבנה העיר בעשורים האחרונים?</w:t>
      </w:r>
    </w:p>
    <w:p>
      <w:pPr>
        <w:bidi w:val="1"/>
        <w:spacing w:after="20"/>
        <w:jc w:val="right"/>
      </w:pPr>
      <w:r>
        <w:rPr>
          <w:rFonts w:ascii="Assistant" w:hAnsi="Assistant" w:cs="Assistant"/>
          <w:b w:val="0"/>
          <w:sz w:val="23"/>
          <w:rtl w:val="1"/>
          <w:szCs w:val="23"/>
        </w:rPr>
        <w:t xml:space="preserve">     ◯ א. בניית מפעלים במרכז העיר</w:t>
      </w:r>
    </w:p>
    <w:p>
      <w:pPr>
        <w:bidi w:val="1"/>
        <w:spacing w:after="20"/>
        <w:jc w:val="right"/>
      </w:pPr>
      <w:r>
        <w:rPr>
          <w:rFonts w:ascii="Assistant" w:hAnsi="Assistant" w:cs="Assistant"/>
          <w:b w:val="0"/>
          <w:sz w:val="23"/>
          <w:rtl w:val="1"/>
          <w:szCs w:val="23"/>
        </w:rPr>
        <w:t xml:space="preserve">     ◯ ב. הפיכת פארקים לשדות</w:t>
      </w:r>
    </w:p>
    <w:p>
      <w:pPr>
        <w:bidi w:val="1"/>
        <w:spacing w:after="20"/>
        <w:jc w:val="right"/>
      </w:pPr>
      <w:r>
        <w:rPr>
          <w:rFonts w:ascii="Assistant" w:hAnsi="Assistant" w:cs="Assistant"/>
          <w:b w:val="0"/>
          <w:sz w:val="23"/>
          <w:rtl w:val="1"/>
          <w:szCs w:val="23"/>
        </w:rPr>
        <w:t xml:space="preserve">     ◯ ג. סגירת בתי ספר</w:t>
      </w:r>
    </w:p>
    <w:p>
      <w:pPr>
        <w:bidi w:val="1"/>
        <w:spacing w:after="20"/>
        <w:jc w:val="right"/>
      </w:pPr>
      <w:r>
        <w:rPr>
          <w:rFonts w:ascii="Assistant" w:hAnsi="Assistant" w:cs="Assistant"/>
          <w:b w:val="0"/>
          <w:sz w:val="23"/>
          <w:rtl w:val="1"/>
          <w:szCs w:val="23"/>
        </w:rPr>
        <w:t xml:space="preserve">     ◯ ד. מפעלים ישנים שהפכו למשרדים, דירות ובילוי</w:t>
      </w:r>
    </w:p>
    <w:p>
      <w:pPr>
        <w:bidi w:val="1"/>
        <w:spacing w:after="20"/>
        <w:jc w:val="right"/>
      </w:pPr>
      <w:r>
        <w:rPr>
          <w:rFonts w:ascii="Assistant" w:hAnsi="Assistant" w:cs="Assistant"/>
          <w:b/>
          <w:sz w:val="23"/>
          <w:rtl w:val="1"/>
          <w:bCs/>
          <w:szCs w:val="23"/>
        </w:rPr>
        <w:t>5. מה המטרה של שימור עירוני?</w:t>
      </w:r>
    </w:p>
    <w:p>
      <w:pPr>
        <w:bidi w:val="1"/>
        <w:spacing w:after="20"/>
        <w:jc w:val="right"/>
      </w:pPr>
      <w:r>
        <w:rPr>
          <w:rFonts w:ascii="Assistant" w:hAnsi="Assistant" w:cs="Assistant"/>
          <w:b w:val="0"/>
          <w:sz w:val="23"/>
          <w:rtl w:val="1"/>
          <w:szCs w:val="23"/>
        </w:rPr>
        <w:t xml:space="preserve">     ◯ א. לשמור על מבנים ורחובות היסטוריים ולשלב אותם בעיר</w:t>
      </w:r>
    </w:p>
    <w:p>
      <w:pPr>
        <w:bidi w:val="1"/>
        <w:spacing w:after="20"/>
        <w:jc w:val="right"/>
      </w:pPr>
      <w:r>
        <w:rPr>
          <w:rFonts w:ascii="Assistant" w:hAnsi="Assistant" w:cs="Assistant"/>
          <w:b w:val="0"/>
          <w:sz w:val="23"/>
          <w:rtl w:val="1"/>
          <w:szCs w:val="23"/>
        </w:rPr>
        <w:t xml:space="preserve">     ◯ ב. להרוס בניינים ישנים</w:t>
      </w:r>
    </w:p>
    <w:p>
      <w:pPr>
        <w:bidi w:val="1"/>
        <w:spacing w:after="20"/>
        <w:jc w:val="right"/>
      </w:pPr>
      <w:r>
        <w:rPr>
          <w:rFonts w:ascii="Assistant" w:hAnsi="Assistant" w:cs="Assistant"/>
          <w:b w:val="0"/>
          <w:sz w:val="23"/>
          <w:rtl w:val="1"/>
          <w:szCs w:val="23"/>
        </w:rPr>
        <w:t xml:space="preserve">     ◯ ג. לעצור כל בנייה</w:t>
      </w:r>
    </w:p>
    <w:p>
      <w:pPr>
        <w:bidi w:val="1"/>
        <w:spacing w:after="20"/>
        <w:jc w:val="right"/>
      </w:pPr>
      <w:r>
        <w:rPr>
          <w:rFonts w:ascii="Assistant" w:hAnsi="Assistant" w:cs="Assistant"/>
          <w:b w:val="0"/>
          <w:sz w:val="23"/>
          <w:rtl w:val="1"/>
          <w:szCs w:val="23"/>
        </w:rPr>
        <w:t xml:space="preserve">     ◯ ד. לבנות רק מגדלים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עיר יכולה למלא כמה תפקידים בבת אחת.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מפעלים נבנים בדרך כלל במרכז שכונות המגורים.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תכנית מתאר קובעת איזה שימוש יהיה בכל שטח.</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כששכונה ותיקה משנה אופי, המחירים בה תמיד יורדים.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מיינו את הערים לפי תפקודן העיקרי: אילת, אשדוד, ירושלים, רחובות (מכון מחקר ואוניברסיטה). נמקו כל אחת.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מדוע אזור תעשייה ממוקם בדרך כלל ליד כביש ראשי ורחוק ממגורים.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ערכו תצפית ברחוב אחד ביישוב שלכם: כתבו שלושה שימושי קרקע שראיתם, בלי להביע דעה.</w:t>
      </w:r>
    </w:p>
    <w:p>
      <w:pPr>
        <w:bidi w:val="1"/>
        <w:spacing w:after="20"/>
        <w:jc w:val="right"/>
      </w:pPr>
      <w:r>
        <w:rPr>
          <w:rFonts w:ascii="Assistant" w:hAnsi="Assistant" w:cs="Assistant"/>
          <w:b w:val="0"/>
          <w:color w:val="666666"/>
          <w:sz w:val="21"/>
          <w:rtl w:val="1"/>
          <w:szCs w:val="21"/>
        </w:rPr>
        <w:t>✏️ התחילו כך: ברחוב ראיתי...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מבנה העיר ושימושי קרקע     שם: __________</w:t>
      </w:r>
    </w:p>
    <w:p>
      <w:pPr>
        <w:bidi w:val="1"/>
        <w:spacing w:after="20"/>
        <w:jc w:val="right"/>
      </w:pPr>
      <w:r>
        <w:rPr>
          <w:rFonts w:ascii="Assistant" w:hAnsi="Assistant" w:cs="Assistant"/>
          <w:b w:val="0"/>
          <w:sz w:val="23"/>
          <w:rtl w:val="1"/>
          <w:szCs w:val="23"/>
        </w:rPr>
        <w:t>1. כתבו שלושה תפקודים של ערים.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מהו המע״ר ולמה הקרקע בו יקרה?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מהי תכנית מתאר?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מבנה העיר ושימושי קרקע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